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Технічне завдання на розробку сайту</w:t>
      </w:r>
    </w:p>
    <w:p>
      <w:r>
        <w:t>Шаблон VNV Agency. Заповнюйте кожен розділ максимально конкретно: замість «красивий дизайн» — додайте референси, замість «швидкий сайт» — цільовий показник PageSpeed. Якщо не знаєте, що вказати в технічних розділах, — залиште їх порожніми, ми допоможемо на консультації.</w:t>
      </w:r>
    </w:p>
    <w:p>
      <w:pPr>
        <w:pStyle w:val="Heading1"/>
      </w:pPr>
      <w:r>
        <w:t>1. Загальна інформація про проєкт</w:t>
      </w:r>
    </w:p>
    <w:p>
      <w:pPr>
        <w:pStyle w:val="ListBullet"/>
      </w:pPr>
      <w:r>
        <w:t>Назва компанії / проєкту:</w:t>
      </w:r>
    </w:p>
    <w:p>
      <w:r>
        <w:t xml:space="preserve">Відповідь: </w:t>
      </w:r>
    </w:p>
    <w:p>
      <w:pPr>
        <w:pStyle w:val="ListBullet"/>
      </w:pPr>
      <w:r>
        <w:t>Сфера діяльності:</w:t>
      </w:r>
    </w:p>
    <w:p>
      <w:r>
        <w:t xml:space="preserve">Відповідь: </w:t>
      </w:r>
    </w:p>
    <w:p>
      <w:pPr>
        <w:pStyle w:val="ListBullet"/>
      </w:pPr>
      <w:r>
        <w:t>Контактна особа, телефон, e-mail:</w:t>
      </w:r>
    </w:p>
    <w:p>
      <w:r>
        <w:t xml:space="preserve">Відповідь: </w:t>
      </w:r>
    </w:p>
    <w:p>
      <w:pPr>
        <w:pStyle w:val="ListBullet"/>
      </w:pPr>
      <w:r>
        <w:t>Чи є наразі сайт (посилання):</w:t>
      </w:r>
    </w:p>
    <w:p>
      <w:r>
        <w:t xml:space="preserve">Відповідь: </w:t>
      </w:r>
    </w:p>
    <w:p>
      <w:pPr>
        <w:pStyle w:val="ListBullet"/>
      </w:pPr>
      <w:r>
        <w:t>Що не влаштовує в поточному сайті:</w:t>
      </w:r>
    </w:p>
    <w:p>
      <w:r>
        <w:t xml:space="preserve">Відповідь: </w:t>
      </w:r>
    </w:p>
    <w:p>
      <w:pPr>
        <w:pStyle w:val="Heading1"/>
      </w:pPr>
      <w:r>
        <w:t>2. Мета та цільова аудиторія сайту</w:t>
      </w:r>
    </w:p>
    <w:p>
      <w:pPr>
        <w:pStyle w:val="ListBullet"/>
      </w:pPr>
      <w:r>
        <w:t>Головна мета сайту (заявки, продажі, презентація):</w:t>
      </w:r>
    </w:p>
    <w:p>
      <w:r>
        <w:t xml:space="preserve">Відповідь: </w:t>
      </w:r>
    </w:p>
    <w:p>
      <w:pPr>
        <w:pStyle w:val="ListBullet"/>
      </w:pPr>
      <w:r>
        <w:t>Хто ваш клієнт (вік, гео, потреби):</w:t>
      </w:r>
    </w:p>
    <w:p>
      <w:r>
        <w:t xml:space="preserve">Відповідь: </w:t>
      </w:r>
    </w:p>
    <w:p>
      <w:pPr>
        <w:pStyle w:val="ListBullet"/>
      </w:pPr>
      <w:r>
        <w:t>Яку дію має зробити відвідувач:</w:t>
      </w:r>
    </w:p>
    <w:p>
      <w:r>
        <w:t xml:space="preserve">Відповідь: </w:t>
      </w:r>
    </w:p>
    <w:p>
      <w:pPr>
        <w:pStyle w:val="ListBullet"/>
      </w:pPr>
      <w:r>
        <w:t>Ключові конкуренти (2–3 посилання):</w:t>
      </w:r>
    </w:p>
    <w:p>
      <w:r>
        <w:t xml:space="preserve">Відповідь: </w:t>
      </w:r>
    </w:p>
    <w:p>
      <w:pPr>
        <w:pStyle w:val="Heading1"/>
      </w:pPr>
      <w:r>
        <w:t>3. Структура сайту (карта сторінок)</w:t>
      </w:r>
    </w:p>
    <w:p>
      <w:pPr>
        <w:pStyle w:val="ListBullet"/>
      </w:pPr>
      <w:r>
        <w:t>Перелік сторінок (головна, послуги, про нас, блог, контакти…):</w:t>
      </w:r>
    </w:p>
    <w:p>
      <w:r>
        <w:t xml:space="preserve">Відповідь: </w:t>
      </w:r>
    </w:p>
    <w:p>
      <w:pPr>
        <w:pStyle w:val="ListBullet"/>
      </w:pPr>
      <w:r>
        <w:t>Чи потрібен блог / розділ новин:</w:t>
      </w:r>
    </w:p>
    <w:p>
      <w:r>
        <w:t xml:space="preserve">Відповідь: </w:t>
      </w:r>
    </w:p>
    <w:p>
      <w:pPr>
        <w:pStyle w:val="ListBullet"/>
      </w:pPr>
      <w:r>
        <w:t>Мовні версії сайту:</w:t>
      </w:r>
    </w:p>
    <w:p>
      <w:r>
        <w:t xml:space="preserve">Відповідь: </w:t>
      </w:r>
    </w:p>
    <w:p>
      <w:pPr>
        <w:pStyle w:val="Heading1"/>
      </w:pPr>
      <w:r>
        <w:t>4. Функціональні вимоги</w:t>
      </w:r>
    </w:p>
    <w:p>
      <w:pPr>
        <w:pStyle w:val="ListBullet"/>
      </w:pPr>
      <w:r>
        <w:t>Форми (заявка, зворотний дзвінок, розрахунок вартості):</w:t>
      </w:r>
    </w:p>
    <w:p>
      <w:r>
        <w:t xml:space="preserve">Відповідь: </w:t>
      </w:r>
    </w:p>
    <w:p>
      <w:pPr>
        <w:pStyle w:val="ListBullet"/>
      </w:pPr>
      <w:r>
        <w:t>Кошик / онлайн-оплата (який провайдер):</w:t>
      </w:r>
    </w:p>
    <w:p>
      <w:r>
        <w:t xml:space="preserve">Відповідь: </w:t>
      </w:r>
    </w:p>
    <w:p>
      <w:pPr>
        <w:pStyle w:val="ListBullet"/>
      </w:pPr>
      <w:r>
        <w:t>Інтеграції (CRM, 1С/BAS, Telegram, пошта):</w:t>
      </w:r>
    </w:p>
    <w:p>
      <w:r>
        <w:t xml:space="preserve">Відповідь: </w:t>
      </w:r>
    </w:p>
    <w:p>
      <w:pPr>
        <w:pStyle w:val="ListBullet"/>
      </w:pPr>
      <w:r>
        <w:t>Особистий кабінет користувача (так/ні, які функції):</w:t>
      </w:r>
    </w:p>
    <w:p>
      <w:r>
        <w:t xml:space="preserve">Відповідь: </w:t>
      </w:r>
    </w:p>
    <w:p>
      <w:pPr>
        <w:pStyle w:val="ListBullet"/>
      </w:pPr>
      <w:r>
        <w:t>Інше:</w:t>
      </w:r>
    </w:p>
    <w:p>
      <w:r>
        <w:t xml:space="preserve">Відповідь: </w:t>
      </w:r>
    </w:p>
    <w:p>
      <w:pPr>
        <w:pStyle w:val="Heading1"/>
      </w:pPr>
      <w:r>
        <w:t>5. Дизайн-вимоги та референси</w:t>
      </w:r>
    </w:p>
    <w:p>
      <w:pPr>
        <w:pStyle w:val="ListBullet"/>
      </w:pPr>
      <w:r>
        <w:t>2–3 сайти, які подобаються (посилання + що саме подобається):</w:t>
      </w:r>
    </w:p>
    <w:p>
      <w:r>
        <w:t xml:space="preserve">Відповідь: </w:t>
      </w:r>
    </w:p>
    <w:p>
      <w:pPr>
        <w:pStyle w:val="ListBullet"/>
      </w:pPr>
      <w:r>
        <w:t>Сайти, які НЕ подобаються:</w:t>
      </w:r>
    </w:p>
    <w:p>
      <w:r>
        <w:t xml:space="preserve">Відповідь: </w:t>
      </w:r>
    </w:p>
    <w:p>
      <w:pPr>
        <w:pStyle w:val="ListBullet"/>
      </w:pPr>
      <w:r>
        <w:t>Чи є логотип, фірмовий стиль, брендбук:</w:t>
      </w:r>
    </w:p>
    <w:p>
      <w:r>
        <w:t xml:space="preserve">Відповідь: </w:t>
      </w:r>
    </w:p>
    <w:p>
      <w:pPr>
        <w:pStyle w:val="ListBullet"/>
      </w:pPr>
      <w:r>
        <w:t>Побажання щодо кольорів і стилю:</w:t>
      </w:r>
    </w:p>
    <w:p>
      <w:r>
        <w:t xml:space="preserve">Відповідь: </w:t>
      </w:r>
    </w:p>
    <w:p>
      <w:pPr>
        <w:pStyle w:val="Heading1"/>
      </w:pPr>
      <w:r>
        <w:t>6. Контент (тексти, фото, відео)</w:t>
      </w:r>
    </w:p>
    <w:p>
      <w:pPr>
        <w:pStyle w:val="ListBullet"/>
      </w:pPr>
      <w:r>
        <w:t>Хто готує тексти (замовник / виконавець):</w:t>
      </w:r>
    </w:p>
    <w:p>
      <w:r>
        <w:t xml:space="preserve">Відповідь: </w:t>
      </w:r>
    </w:p>
    <w:p>
      <w:pPr>
        <w:pStyle w:val="ListBullet"/>
      </w:pPr>
      <w:r>
        <w:t>Чи є фото та відео матеріали:</w:t>
      </w:r>
    </w:p>
    <w:p>
      <w:r>
        <w:t xml:space="preserve">Відповідь: </w:t>
      </w:r>
    </w:p>
    <w:p>
      <w:pPr>
        <w:pStyle w:val="ListBullet"/>
      </w:pPr>
      <w:r>
        <w:t>Чи потрібен копірайтинг / фотозйомка:</w:t>
      </w:r>
    </w:p>
    <w:p>
      <w:r>
        <w:t xml:space="preserve">Відповідь: </w:t>
      </w:r>
    </w:p>
    <w:p>
      <w:pPr>
        <w:pStyle w:val="Heading1"/>
      </w:pPr>
      <w:r>
        <w:t>7. SEO-вимоги</w:t>
      </w:r>
    </w:p>
    <w:p>
      <w:pPr>
        <w:pStyle w:val="ListBullet"/>
      </w:pPr>
      <w:r>
        <w:t>Чи потрібне базове SEO (мета-теги, sitemap, швидкість):</w:t>
      </w:r>
    </w:p>
    <w:p>
      <w:r>
        <w:t xml:space="preserve">Відповідь: </w:t>
      </w:r>
    </w:p>
    <w:p>
      <w:pPr>
        <w:pStyle w:val="ListBullet"/>
      </w:pPr>
      <w:r>
        <w:t>Ключові запити, за якими хочете бути в пошуку:</w:t>
      </w:r>
    </w:p>
    <w:p>
      <w:r>
        <w:t xml:space="preserve">Відповідь: </w:t>
      </w:r>
    </w:p>
    <w:p>
      <w:pPr>
        <w:pStyle w:val="ListBullet"/>
      </w:pPr>
      <w:r>
        <w:t>Чи потрібне подальше SEO-просування:</w:t>
      </w:r>
    </w:p>
    <w:p>
      <w:r>
        <w:t xml:space="preserve">Відповідь: </w:t>
      </w:r>
    </w:p>
    <w:p>
      <w:pPr>
        <w:pStyle w:val="Heading1"/>
      </w:pPr>
      <w:r>
        <w:t>8. Технічні вимоги (хостинг, CMS, інтеграції)</w:t>
      </w:r>
    </w:p>
    <w:p>
      <w:pPr>
        <w:pStyle w:val="ListBullet"/>
      </w:pPr>
      <w:r>
        <w:t>Чи є домен і хостинг (де зареєстровані):</w:t>
      </w:r>
    </w:p>
    <w:p>
      <w:r>
        <w:t xml:space="preserve">Відповідь: </w:t>
      </w:r>
    </w:p>
    <w:p>
      <w:pPr>
        <w:pStyle w:val="ListBullet"/>
      </w:pPr>
      <w:r>
        <w:t>Переваги щодо платформи (якщо є):</w:t>
      </w:r>
    </w:p>
    <w:p>
      <w:r>
        <w:t xml:space="preserve">Відповідь: </w:t>
      </w:r>
    </w:p>
    <w:p>
      <w:pPr>
        <w:pStyle w:val="ListBullet"/>
      </w:pPr>
      <w:r>
        <w:t>Цільовий показник швидкості (наприклад, PageSpeed 90+):</w:t>
      </w:r>
    </w:p>
    <w:p>
      <w:r>
        <w:t xml:space="preserve">Відповідь: </w:t>
      </w:r>
    </w:p>
    <w:p>
      <w:pPr>
        <w:pStyle w:val="ListBullet"/>
      </w:pPr>
      <w:r>
        <w:t>Хто адмініструватиме сайт після запуску:</w:t>
      </w:r>
    </w:p>
    <w:p>
      <w:r>
        <w:t xml:space="preserve">Відповідь: </w:t>
      </w:r>
    </w:p>
    <w:p>
      <w:pPr>
        <w:pStyle w:val="Heading1"/>
      </w:pPr>
      <w:r>
        <w:t>9. Строки та етапи робіт</w:t>
      </w:r>
    </w:p>
    <w:p>
      <w:pPr>
        <w:pStyle w:val="ListBullet"/>
      </w:pPr>
      <w:r>
        <w:t>Бажана дата запуску:</w:t>
      </w:r>
    </w:p>
    <w:p>
      <w:r>
        <w:t xml:space="preserve">Відповідь: </w:t>
      </w:r>
    </w:p>
    <w:p>
      <w:pPr>
        <w:pStyle w:val="ListBullet"/>
      </w:pPr>
      <w:r>
        <w:t>Чи є проміжні дедлайни (презентація, запуск реклами):</w:t>
      </w:r>
    </w:p>
    <w:p>
      <w:r>
        <w:t xml:space="preserve">Відповідь: </w:t>
      </w:r>
    </w:p>
    <w:p>
      <w:pPr>
        <w:pStyle w:val="ListBullet"/>
      </w:pPr>
      <w:r>
        <w:t>Формат погодження етапів (демо → правки → реліз):</w:t>
      </w:r>
    </w:p>
    <w:p>
      <w:r>
        <w:t xml:space="preserve">Відповідь: </w:t>
      </w:r>
    </w:p>
    <w:p>
      <w:pPr>
        <w:pStyle w:val="Heading1"/>
      </w:pPr>
      <w:r>
        <w:t>10. Бюджет та умови оплати</w:t>
      </w:r>
    </w:p>
    <w:p>
      <w:pPr>
        <w:pStyle w:val="ListBullet"/>
      </w:pPr>
      <w:r>
        <w:t>Орієнтовний бюджет на розробку:</w:t>
      </w:r>
    </w:p>
    <w:p>
      <w:r>
        <w:t xml:space="preserve">Відповідь: </w:t>
      </w:r>
    </w:p>
    <w:p>
      <w:pPr>
        <w:pStyle w:val="ListBullet"/>
      </w:pPr>
      <w:r>
        <w:t>Бюджет на щомісячну підтримку:</w:t>
      </w:r>
    </w:p>
    <w:p>
      <w:r>
        <w:t xml:space="preserve">Відповідь: </w:t>
      </w:r>
    </w:p>
    <w:p>
      <w:pPr>
        <w:pStyle w:val="ListBullet"/>
      </w:pPr>
      <w:r>
        <w:t>Зручна форма оплати:</w:t>
      </w:r>
    </w:p>
    <w:p>
      <w:r>
        <w:t xml:space="preserve">Відповідь: </w:t>
      </w:r>
    </w:p>
    <w:p>
      <w:r>
        <w:rPr>
          <w:color w:val="C00000"/>
        </w:rPr>
        <w:t>VNV Agency — розробка сайтів у Львові · vnv.agency · Заповніть шаблон і надішліть нам — підготуємо кошторис і план робіт.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